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החולצה שעלתה חמישה שקלים – ומי משלם את ההפרש?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מידעי · כיתה ט׳ · סביבה וצרכנות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זו אופנה מהירה? · </w:t>
      </w:r>
      <w:r>
        <w:rPr>
          <w:rFonts w:ascii="Arial" w:hAnsi="Arial" w:cs="Arial"/>
          <w:b w:val="0"/>
          <w:sz w:val="17"/>
          <w:rtl w:val="1"/>
          <w:szCs w:val="17"/>
        </w:rPr>
        <w:t>הרבה בגדים זולים שמתחלפים מהר.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למה הבגדים זולים? · </w:t>
      </w:r>
      <w:r>
        <w:rPr>
          <w:rFonts w:ascii="Arial" w:hAnsi="Arial" w:cs="Arial"/>
          <w:b w:val="0"/>
          <w:sz w:val="17"/>
          <w:rtl w:val="1"/>
          <w:szCs w:val="17"/>
        </w:rPr>
        <w:t>כי העובדים מקבלים שכר נמוך והבדים זולים.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איך זה פוגע בסביבה? · </w:t>
      </w:r>
      <w:r>
        <w:rPr>
          <w:rFonts w:ascii="Arial" w:hAnsi="Arial" w:cs="Arial"/>
          <w:b w:val="0"/>
          <w:sz w:val="17"/>
          <w:rtl w:val="1"/>
          <w:szCs w:val="17"/>
        </w:rPr>
        <w:t>צורך הרבה מים ומזהם.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גורם לנו לקנות מהר? · </w:t>
      </w:r>
      <w:r>
        <w:rPr>
          <w:rFonts w:ascii="Arial" w:hAnsi="Arial" w:cs="Arial"/>
          <w:b w:val="0"/>
          <w:sz w:val="17"/>
          <w:rtl w:val="1"/>
          <w:szCs w:val="17"/>
        </w:rPr>
        <w:t>מבצעים ״רק היום״.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ארגנו תלמידי ט׳? · </w:t>
      </w:r>
      <w:r>
        <w:rPr>
          <w:rFonts w:ascii="Arial" w:hAnsi="Arial" w:cs="Arial"/>
          <w:b w:val="0"/>
          <w:sz w:val="17"/>
          <w:rtl w:val="1"/>
          <w:szCs w:val="17"/>
        </w:rPr>
        <w:t>יריד החלפות.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מהי ״אופנה מהירה״? · </w:t>
      </w:r>
      <w:r>
        <w:rPr>
          <w:rFonts w:ascii="Arial" w:hAnsi="Arial" w:cs="Arial"/>
          <w:b w:val="0"/>
          <w:sz w:val="17"/>
          <w:rtl w:val="1"/>
          <w:szCs w:val="17"/>
        </w:rPr>
        <w:t>ב. ייצור כמויות עצומות של בגדים זולים שמתחלפים בקצב מהיר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מי ״משלם את ההפרש״? · </w:t>
      </w:r>
      <w:r>
        <w:rPr>
          <w:rFonts w:ascii="Arial" w:hAnsi="Arial" w:cs="Arial"/>
          <w:b w:val="0"/>
          <w:sz w:val="17"/>
          <w:rtl w:val="1"/>
          <w:szCs w:val="17"/>
        </w:rPr>
        <w:t>ב. העובדים בתנאים קשים והסביבה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למה נועד הטיימר שסופר שניות? · </w:t>
      </w:r>
      <w:r>
        <w:rPr>
          <w:rFonts w:ascii="Arial" w:hAnsi="Arial" w:cs="Arial"/>
          <w:b w:val="0"/>
          <w:sz w:val="17"/>
          <w:rtl w:val="1"/>
          <w:szCs w:val="17"/>
        </w:rPr>
        <w:t>ב. לגרום לנו להחליט מהר לפני שנחשוב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איזו שאלה מציעים לשאול לפני קנייה? · </w:t>
      </w:r>
      <w:r>
        <w:rPr>
          <w:rFonts w:ascii="Arial" w:hAnsi="Arial" w:cs="Arial"/>
          <w:b w:val="0"/>
          <w:sz w:val="17"/>
          <w:rtl w:val="1"/>
          <w:szCs w:val="17"/>
        </w:rPr>
        <w:t>ב. ״האם אלבש את זה לפחות שלושים פעמים?״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שהאחריות לצמצום האופנה המהירה מוטלת על הקונים, ויש הטוענים שהיא מוטלת על החברות והחוק. באיזו עמדה אתם תומכים? נמקו, והסתמכו על פרט אחד לפחות מן הטקסט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(שיטות השיווק בפסקה ד׳, הצעדים בפסקה ה׳, יריד ההחלפות).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👕 החולצה שעלתה חמישה שקלים – ומי משלם את ההפרש?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מידעי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מסחרר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מהיר מאוד, עד שקשה לעקוב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פוליאסטר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בד מלאכותי שמיוצר מנפט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סינתטי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מלאכותי, לא טבעי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הטמנה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קבורה של פסולת באדמה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פיתוי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משהו שגורם לנו לרצות מאוד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משפיעני רשת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אנשים שיש להם הרבה עוקבים ברשתות ומשפיעים עליהם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יד שנייה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משהו שהיה שייך קודם למישהו אחר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👕 החולצה שעלתה חמישה שקלים – ומי משלם את ההפרש?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״אופנה מהירה״: חברות מייצרות הרבה בגדים זולים, והעיצובים מתחלפים כל הזמן. הן רוצות שנקנה שוב ושוב.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הבגדים זולים כי הבדים זולים, והעובדים מקבלים שכר נמוך מאוד ועובדים בתנאים קשים.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האופנה המהירה פוגעת בסביבה: היא צורכת הרבה מים, מזהמת נהרות, ובגדים רבים נזרקים.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מבצעים ״רק היום״ ותמונות ברשת גורמים לנו לקנות מהר בלי לחשוב.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אפשר לעשות? לקנות פחות, להחליף בגדים, לקנות יד שנייה, לתקן ולתרום. תלמידי ט׳ ארגנו יריד החלפות.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זו אופנה מהירה?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הבגדים זולים?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איך זה פוגע בסביבה?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גורם לנו לקנות מהר?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ארגנו תלמידי ט׳?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מהי ״אופנה מהירה״?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בגדי 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ייצור כמויות עצומות של בגדים זולים שמתחלפים בקצב מהיר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תפירה ביד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בגדים לעונה אחת בשנה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מי ״משלם את ההפרש״?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החנויות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העובדים בתנאים קשים והסביבה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הממשלה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המשפיענים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נועד הטיימר שסופר שניות?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לעזור לבחור מידה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לגרום לנו להחליט מהר לפני שנחשוב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למדוד את זמן המשלוח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לחסוך חשמל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איזו שאלה מציעים לשאול לפני קנייה?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״האם זה במבצע?״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״האם אלבש את זה לפחות שלושים פעמים?״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״האם לחברים יש?״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״האם זה הכי זול?״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שהאחריות לצמצום האופנה המהירה מוטלת על הקונים, ויש הטוענים שהיא מוטלת על החברות והחוק. באיזו עמדה אתם תומכים? נמקו, והסתמכו על פרט אחד לפחות מן הטקסט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החולצה שעלתה חמישה שקלים – ומי משלם את ההפרש?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החולצה שעלתה חמישה שקלים – ומי משלם את ההפרש?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