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החולצה שעלתה חמישה שקלים – ומי משלם את ההפרש?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סביבה וצרכנות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זו אופנה מהירה? · </w:t>
      </w:r>
      <w:r>
        <w:rPr>
          <w:rFonts w:ascii="Arial" w:hAnsi="Arial" w:cs="Arial"/>
          <w:b w:val="0"/>
          <w:sz w:val="22"/>
          <w:rtl w:val="1"/>
          <w:szCs w:val="22"/>
        </w:rPr>
        <w:t>הרבה בגדים זולים שמתחלפים מהר.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למה הבגדים זולים? · </w:t>
      </w:r>
      <w:r>
        <w:rPr>
          <w:rFonts w:ascii="Arial" w:hAnsi="Arial" w:cs="Arial"/>
          <w:b w:val="0"/>
          <w:sz w:val="22"/>
          <w:rtl w:val="1"/>
          <w:szCs w:val="22"/>
        </w:rPr>
        <w:t>כי העובדים מקבלים שכר נמוך והבדים זולים.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איך זה פוגע בסביבה? · </w:t>
      </w:r>
      <w:r>
        <w:rPr>
          <w:rFonts w:ascii="Arial" w:hAnsi="Arial" w:cs="Arial"/>
          <w:b w:val="0"/>
          <w:sz w:val="22"/>
          <w:rtl w:val="1"/>
          <w:szCs w:val="22"/>
        </w:rPr>
        <w:t>צורך הרבה מים ומזהם.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מהי ״אופנה מהירה״? · </w:t>
      </w:r>
      <w:r>
        <w:rPr>
          <w:rFonts w:ascii="Arial" w:hAnsi="Arial" w:cs="Arial"/>
          <w:b w:val="0"/>
          <w:sz w:val="22"/>
          <w:rtl w:val="1"/>
          <w:szCs w:val="22"/>
        </w:rPr>
        <w:t>א. ייצור כמויות עצומות של בגדים זולים שמתחלפים בקצב מהיר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מי ״משלם את ההפרש״? · </w:t>
      </w:r>
      <w:r>
        <w:rPr>
          <w:rFonts w:ascii="Arial" w:hAnsi="Arial" w:cs="Arial"/>
          <w:b w:val="0"/>
          <w:sz w:val="22"/>
          <w:rtl w:val="1"/>
          <w:szCs w:val="22"/>
        </w:rPr>
        <w:t>ב. העובדים בתנאים קשים והסביבה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גורם לנו לקנות מהר? · </w:t>
      </w:r>
      <w:r>
        <w:rPr>
          <w:rFonts w:ascii="Arial" w:hAnsi="Arial" w:cs="Arial"/>
          <w:b w:val="0"/>
          <w:sz w:val="22"/>
          <w:rtl w:val="1"/>
          <w:szCs w:val="22"/>
        </w:rPr>
        <w:t>מבצעים ״רק היום״.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ארגנו תלמידי ט׳? · </w:t>
      </w:r>
      <w:r>
        <w:rPr>
          <w:rFonts w:ascii="Arial" w:hAnsi="Arial" w:cs="Arial"/>
          <w:b w:val="0"/>
          <w:sz w:val="22"/>
          <w:rtl w:val="1"/>
          <w:szCs w:val="22"/>
        </w:rPr>
        <w:t>יריד החלפות.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👕 החולצה שעלתה חמישה שקלים – ומי משלם את ההפרש?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מידעי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👕 החולצה שעלתה חמישה שקלים – ומי משלם את ההפרש?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״אופנה מהירה״: חברות מייצרות הרבה בגדים זולים, והעיצובים מתחלפים כל הזמן. הן רוצות שנקנה שוב ושוב.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הבגדים זולים כי הבדים זולים, והעובדים מקבלים שכר נמוך מאוד ועובדים בתנאים קשים.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האופנה המהירה פוגעת בסביבה: היא צורכת הרבה מים, מזהמת נהרות, ובגדים רבים נזרקים.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מבצעים ״רק היום״ ותמונות ברשת גורמים לנו לקנות מהר בלי לחשוב.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מה אפשר לעשות? לקנות פחות, להחליף בגדים, לקנות יד שנייה, לתקן ולתרום. תלמידי ט׳ ארגנו יריד החלפות.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מסחרר – מהיר מאוד, עד שקשה לעקוב · פוליאסטר – בד מלאכותי שמיוצר מנפט · סינתטי – מלאכותי, לא טבעי · הטמנה – קבורה של פסולת באדמה · פיתוי – משהו שגורם לנו לרצות מאוד · משפיעני רשת – אנשים שיש להם הרבה עוקבים ברשתות ומשפיעים עליהם · יד שנייה – משהו שהיה שייך קודם למישהו אחר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זולים     שכר     מים     מבצע     החלפות     יד שנייה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זו אופנה מהירה?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הבגדים זולים?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איך זה פוגע בסביבה?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מהי ״אופנה מהירה״?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ייצור כמויות עצומות של בגדים זולים שמתחלפים בקצב מהיר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בגדי ספורט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תפירה ביד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מי ״משלם את ההפרש״?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החנויות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העובדים בתנאים קשים והסביבה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הממשלה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גורם לנו לקנות מהר?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ארגנו תלמידי ט׳?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״החולצה שעלתה חמישה שקלים – ומי משלם את ההפרש?״?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החולצה שעלתה חמישה שקלים – ומי משלם את ההפרש?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החולצה שעלתה חמישה שקלים – ומי משלם את ההפרש?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