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המשרד שלהם הוא שולחן המטבח</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ממה בנו גל ושירה את הדגם הראשון, ולמי הציגו אותו (פסקה א׳)? · </w:t>
      </w:r>
      <w:r>
        <w:rPr>
          <w:rFonts w:ascii="Arial" w:hAnsi="Arial" w:cs="Arial"/>
          <w:b w:val="0"/>
          <w:sz w:val="17"/>
          <w:rtl w:val="1"/>
          <w:szCs w:val="17"/>
        </w:rPr>
        <w:t>מקרטון ומקרשים במחסן של סבא; הציגו למנהלת.</w:t>
      </w:r>
    </w:p>
    <w:p>
      <w:pPr>
        <w:bidi w:val="1"/>
        <w:spacing w:after="40" w:before="0"/>
      </w:pPr>
      <w:r>
        <w:rPr>
          <w:rFonts w:ascii="Arial" w:hAnsi="Arial" w:cs="Arial"/>
          <w:b/>
          <w:color w:val="C2417A"/>
          <w:sz w:val="17"/>
          <w:rtl w:val="1"/>
          <w:szCs w:val="17"/>
          <w:bCs/>
        </w:rPr>
        <w:t xml:space="preserve">2. אילו שלוש תכונות צריך יזם לפי המדריך יואב לוי (פסקה ב׳)? · </w:t>
      </w:r>
      <w:r>
        <w:rPr>
          <w:rFonts w:ascii="Arial" w:hAnsi="Arial" w:cs="Arial"/>
          <w:b w:val="0"/>
          <w:sz w:val="17"/>
          <w:rtl w:val="1"/>
          <w:szCs w:val="17"/>
        </w:rPr>
        <w:t>סקרנות, אומץ להציג רעיון למבוגרים, סבלנות.</w:t>
      </w:r>
    </w:p>
    <w:p>
      <w:pPr>
        <w:bidi w:val="1"/>
        <w:spacing w:after="40" w:before="0"/>
      </w:pPr>
      <w:r>
        <w:rPr>
          <w:rFonts w:ascii="Arial" w:hAnsi="Arial" w:cs="Arial"/>
          <w:b/>
          <w:color w:val="C2417A"/>
          <w:sz w:val="17"/>
          <w:rtl w:val="1"/>
          <w:szCs w:val="17"/>
          <w:bCs/>
        </w:rPr>
        <w:t xml:space="preserve">3. אילו הוצאות לא חישבה מאיה בחודש הראשון (פסקה ג׳)? · </w:t>
      </w:r>
      <w:r>
        <w:rPr>
          <w:rFonts w:ascii="Arial" w:hAnsi="Arial" w:cs="Arial"/>
          <w:b w:val="0"/>
          <w:sz w:val="17"/>
          <w:rtl w:val="1"/>
          <w:szCs w:val="17"/>
        </w:rPr>
        <w:t>חמאה, אריזות וחשמל.</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הסיקו מן המשפט ״אחרי חודשיים היו לנו שלושה תלמידים ושישה מורים״: מה הייתה הטעות של עידו בתחילת הדרך? · </w:t>
      </w:r>
      <w:r>
        <w:rPr>
          <w:rFonts w:ascii="Arial" w:hAnsi="Arial" w:cs="Arial"/>
          <w:b w:val="0"/>
          <w:sz w:val="17"/>
          <w:rtl w:val="1"/>
          <w:szCs w:val="17"/>
        </w:rPr>
        <w:t>הוא בנה שירות בלי לבדוק מה הלקוחות צריכים באמת (וגם בלי לפרסם), ולכן היו יותר נותני שירות מאשר מקבלים.</w:t>
      </w:r>
    </w:p>
    <w:p>
      <w:pPr>
        <w:bidi w:val="1"/>
        <w:spacing w:after="40" w:before="0"/>
      </w:pPr>
      <w:r>
        <w:rPr>
          <w:rFonts w:ascii="Arial" w:hAnsi="Arial" w:cs="Arial"/>
          <w:b/>
          <w:color w:val="C2417A"/>
          <w:sz w:val="17"/>
          <w:rtl w:val="1"/>
          <w:szCs w:val="17"/>
          <w:bCs/>
        </w:rPr>
        <w:t xml:space="preserve">5. (השוואה) השוו בין המיזם של מאיה לבין המיזם של גל ושירה: במה הם דומים ובמה שונים (מטרה, מי נהנה, מה למדו)? · </w:t>
      </w:r>
      <w:r>
        <w:rPr>
          <w:rFonts w:ascii="Arial" w:hAnsi="Arial" w:cs="Arial"/>
          <w:b w:val="0"/>
          <w:sz w:val="17"/>
          <w:rtl w:val="1"/>
          <w:szCs w:val="17"/>
        </w:rPr>
        <w:t>דומים: התחילו בקטן מרעיון אישי ולמדו מיומנויות. שונים: מאיה – עסק פרטי להכנסה, למדה מחיר ואיזון; גל ושירה – פתרון לבעיה ציבורית של בית הספר, למדו להציג למבוגרים.</w:t>
      </w:r>
    </w:p>
    <w:p>
      <w:pPr>
        <w:bidi w:val="1"/>
        <w:spacing w:after="40" w:before="0"/>
      </w:pPr>
      <w:r>
        <w:rPr>
          <w:rFonts w:ascii="Arial" w:hAnsi="Arial" w:cs="Arial"/>
          <w:b/>
          <w:color w:val="C2417A"/>
          <w:sz w:val="17"/>
          <w:rtl w:val="1"/>
          <w:szCs w:val="17"/>
          <w:bCs/>
        </w:rPr>
        <w:t xml:space="preserve">6. (מונח) הסבירו את המשפט ״כישלון הוא בסך הכול מידע״ (פסקה ו׳), והראו כיצד הוא בא לידי ביטוי בסיפור של עידו. · </w:t>
      </w:r>
      <w:r>
        <w:rPr>
          <w:rFonts w:ascii="Arial" w:hAnsi="Arial" w:cs="Arial"/>
          <w:b w:val="0"/>
          <w:sz w:val="17"/>
          <w:rtl w:val="1"/>
          <w:szCs w:val="17"/>
        </w:rPr>
        <w:t>כישלון מלמד מה לא עובד ומכוון לתיקון; עידו למד מהכישלון שהתלמידים רוצים הכנה למבחנים ושינה את המיזם.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שלושת היזמים; האפייה עד אחת בלילה; ״הבסיס של יזמות״).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זהו בעיה קטנה בבית הספר או בשכונה, והציעו לה מיזם. כתבו: הבעיה, הפתרון, את מי נשאל קודם, ומה יהיה הצעד הראשון (8–10 שורות). · </w:t>
      </w:r>
      <w:r>
        <w:rPr>
          <w:rFonts w:ascii="Arial" w:hAnsi="Arial" w:cs="Arial"/>
          <w:b w:val="0"/>
          <w:sz w:val="17"/>
          <w:rtl w:val="1"/>
          <w:szCs w:val="17"/>
        </w:rPr>
        <w:t>בעיה מוגדרת, פתרון ריאלי, בדיקה עם משתמשים, צעד ראשון קטן, לשון ברורה.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המשרד שלהם הוא שולחן המטבח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בני נוער שלא מחכים לסיום התיכון כדי להגשים רעיון. בכתבה שלפניכם תכירו שלושה יזמים צעירים, ותגלו מה הם למדו – על כסף, על כישלון ועל עצמם.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המשרד שלהם הוא שולחן המטבח</w:t>
            </w:r>
          </w:p>
          <w:p>
            <w:pPr>
              <w:bidi w:val="1"/>
            </w:pPr>
            <w:r>
              <w:rPr>
                <w:rFonts w:ascii="Arial" w:hAnsi="Arial" w:cs="Arial"/>
                <w:b/>
                <w:color w:val="2B8F86"/>
                <w:sz w:val="20"/>
                <w:rtl w:val="1"/>
                <w:szCs w:val="20"/>
                <w:bCs/>
              </w:rPr>
              <w:t>הכול התחיל מבעיה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 ושירה, תלמידי כיתה ט׳, לא תכננו להקים מיזם. הם רק רצו לפתור בעיה קטנה: כל בוקר נתקעו בכניסה לבית הספר ליד ערימה של אופניים קשורים זה לזה. ״חשבנו שאם יהיה מתקן חכם שמסדר את האופניים לפי שעת היציאה, כולם יחסכו זמן,״ מספרת שירה. הם שרטטו, בנו דגם מקרטון ומקרשים במחסן של סבא, והציגו אותו למנהלת. היום המתקן הראשון שלהם עומד בחצר, ושני בתי ספר נוספים ביקשו אחד כזה.</w:t>
            </w:r>
          </w:p>
          <w:p>
            <w:pPr>
              <w:bidi w:val="1"/>
            </w:pPr>
            <w:r>
              <w:rPr>
                <w:rFonts w:ascii="Arial" w:hAnsi="Arial" w:cs="Arial"/>
                <w:b/>
                <w:color w:val="2B8F86"/>
                <w:sz w:val="20"/>
                <w:rtl w:val="1"/>
                <w:szCs w:val="20"/>
                <w:bCs/>
              </w:rPr>
              <w:t>יזם – מי זה בכלל?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״יזם הוא מי שרואה בעיה ובמקום להתלונן – מנסה לפתור אותה,״ מסביר יואב לוי, מדריך בתוכנית יזמות לבני נוער. ״לא צריך להיות גאון במחשבים או לקבל השקעה גדולה. צריך סקרנות, אומץ להציג רעיון למבוגרים, והרבה סבלנות.״ לדבריו, רוב הרעיונות של בני הנוער שהוא פוגש לא הופכים לעסק גדול – ״וזה בכלל לא העיקר. העיקר הוא מה שהם לומדים בדרך.״</w:t>
            </w:r>
          </w:p>
          <w:p>
            <w:pPr>
              <w:bidi w:val="1"/>
            </w:pPr>
            <w:r>
              <w:rPr>
                <w:rFonts w:ascii="Arial" w:hAnsi="Arial" w:cs="Arial"/>
                <w:b/>
                <w:color w:val="2B8F86"/>
                <w:sz w:val="20"/>
                <w:rtl w:val="1"/>
                <w:szCs w:val="20"/>
                <w:bCs/>
              </w:rPr>
              <w:t>העסק הקטן של מאיה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מאיה, בת 15, פתחה לפני שנה עסק קטן לאפייה של עוגיות בעיצוב אישי לימי הולדת. בהתחלה אפתה לחברות, ואחר כך לחברות של חברות. ״הייתי בטוחה שהקושי יהיה באפייה,״ היא אומרת. ״בפועל, הקושי האמיתי היה לקבוע מחיר. בחודש הראשון בכלל לא הרווחתי, כי לא חישבתי כמה עולים החמאה, האריזות והחשמל.״ אבא שלה ישב איתה על גיליון חישוב, וכך למדה מה זה עלות, הכנסה ורווח.</w:t>
            </w:r>
          </w:p>
          <w:p>
            <w:pPr>
              <w:bidi w:val="1"/>
            </w:pPr>
            <w:r>
              <w:rPr>
                <w:rFonts w:ascii="Arial" w:hAnsi="Arial" w:cs="Arial"/>
                <w:b/>
                <w:color w:val="2B8F86"/>
                <w:sz w:val="20"/>
                <w:rtl w:val="1"/>
                <w:szCs w:val="20"/>
                <w:bCs/>
              </w:rPr>
              <w:t>כשזה לא מצליח</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ניסיון נגמר בהצלחה. עידו, בן 14, ניסה להפעיל שירות של שיעורים פרטיים במתמטיקה שתלמידי ט׳ נותנים לתלמידי ז׳. ״אחרי חודשיים היו לנו שלושה תלמידים ושישה מורים,״ הוא צוחק. ״אף אחד לא שמע עלינו.״ במקום לוותר, עידו שאל את התלמידים הצעירים מה הם צריכים באמת, וגילה שהם רוצים עזרה בהכנה למבחנים – לא שיעורים קבועים. השינוי הקטן הזה הכפיל את מספר המשתתפים.</w:t>
            </w:r>
          </w:p>
          <w:p>
            <w:pPr>
              <w:bidi w:val="1"/>
            </w:pPr>
            <w:r>
              <w:rPr>
                <w:rFonts w:ascii="Arial" w:hAnsi="Arial" w:cs="Arial"/>
                <w:b/>
                <w:color w:val="2B8F86"/>
                <w:sz w:val="20"/>
                <w:rtl w:val="1"/>
                <w:szCs w:val="20"/>
                <w:bCs/>
              </w:rPr>
              <w:t>לא לשכוח שאתם בני 15</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ליזמות צעירה יש גם צד פחות זוהר. ״היו שבועות שבהם אפיתי עד אחת בלילה, ולמחרת נרדמתי בשיעור,״ מודה מאיה. המדריך יואב מזכיר שחשוב לשמור על איזון: ״הלימודים, השינה והחברים הם לא מכשול בדרך ליזמות. הם הבסיס שלה.״ לדבריו, גם החוק מגביל את עבודתם של בני נוער כדי להגן עליהם, וכל מיזם צריך להתנהל בשקיפות ובליווי של מבוגר.</w:t>
            </w:r>
          </w:p>
          <w:p>
            <w:pPr>
              <w:bidi w:val="1"/>
            </w:pPr>
            <w:r>
              <w:rPr>
                <w:rFonts w:ascii="Arial" w:hAnsi="Arial" w:cs="Arial"/>
                <w:b/>
                <w:color w:val="2B8F86"/>
                <w:sz w:val="20"/>
                <w:rtl w:val="1"/>
                <w:szCs w:val="20"/>
                <w:bCs/>
              </w:rPr>
              <w:t>מה לומדים מכל זה?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כששואלים את שלושת היזמים הצעירים מה הדבר החשוב ביותר שלמדו, אף אחד מהם לא מדבר על כסף. ״למדתי לדבר מול מבוגרים בלי לפחד,״ אומרת שירה. ״למדתי שכישלון הוא בסך הכול מידע,״ אומר עידו. ומאיה? ״למדתי להגיד לא. לא לכל הזמנה, לא לכל לקוח, ולא על חשבון השינה שלי.״</w:t>
            </w:r>
          </w:p>
          <w:p>
            <w:pPr>
              <w:bidi w:val="1"/>
            </w:pPr>
            <w:r>
              <w:rPr>
                <w:rFonts w:ascii="Arial" w:hAnsi="Arial" w:cs="Arial"/>
                <w:b/>
                <w:color w:val="2B8F86"/>
                <w:sz w:val="20"/>
                <w:rtl w:val="1"/>
                <w:szCs w:val="20"/>
                <w:bCs/>
              </w:rPr>
              <w:t>ומה אתם יכולים לעשות?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אם גם לכם יש רעיון, המדריכים ממליצים להתחיל בקטן: לזהות בעיה שאתם מכירים מקרוב, לשאול אנשים אם היא מפריעה גם להם, לבנות גרסה פשוטה ולנסות. ״לא צריך להמתין לרעיון המושלם,״ אומר יואב. ״צריך להתחיל, ולתקן בדרך.״ אולי הפתרון לבעיה הבאה של בית הספר שלכם כבר מסתתר אצלכם, על שולחן המטבח.</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יזם – מי שמתחיל מיזם או עסק חדש מתוך רעיון · מיזם – פרויקט שמישהו מקים כדי להגשים רעיון · דגם – גרסה קטנה או ראשונית של מוצר · עלות – כמה כסף עולה לייצר משהו · רווח – הכסף שנשאר אחרי שמורידים את ההוצאות · איזון – מצב שבו כל דבר מקבל את המקום הנכון · שקיפות – כשהכול גלוי וברור לכולם</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ממה בנו גל ושירה את הדגם הראשון, ולמי הציגו אותו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תכונות צריך יזם לפי המדריך יואב לוי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הוצאות לא חישבה מאיה בחודש הראשון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מן המשפט ״אחרי חודשיים היו לנו שלושה תלמידים ושישה מורים״: מה הייתה הטעות של עידו בתחילת הדרך?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המיזם של מאיה לבין המיזם של גל ושירה: במה הם דומים ובמה שונים (מטרה, מי נהנה, מה למדו)?</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״כישלון הוא בסך הכול מידע״ (פסקה ו׳), והראו כיצד הוא בא לידי ביטוי בסיפור של עידו.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זהו בעיה קטנה בבית הספר או בשכונה, והציעו לה מיזם. כתבו: הבעיה, הפתרון, את מי נשאל קודם, ומה יהיה הצעד הראשון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המשרד שלהם הוא שולחן המטבח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המשרד שלהם הוא שולחן המטבח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